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5B1E1E"/>
          <w:sz w:val="44"/>
        </w:rPr>
        <w:t>JMN JOURNAL OF MEDICAL SCIENCES</w:t>
      </w:r>
    </w:p>
    <w:p>
      <w:pPr>
        <w:jc w:val="center"/>
      </w:pPr>
      <w:r>
        <w:rPr>
          <w:rFonts w:ascii="Calibri" w:hAnsi="Calibri"/>
          <w:i/>
          <w:color w:val="B8860B"/>
          <w:sz w:val="22"/>
        </w:rPr>
        <w:t>[Insert Article Category: Original Article / Review Article / Case Report]</w:t>
      </w:r>
    </w:p>
    <w:p/>
    <w:p>
      <w:pPr>
        <w:jc w:val="left"/>
      </w:pPr>
      <w:r>
        <w:rPr>
          <w:rFonts w:ascii="Calibri" w:hAnsi="Calibri"/>
          <w:b/>
          <w:color w:val="262626"/>
          <w:sz w:val="32"/>
        </w:rPr>
        <w:t>Title of the Manuscript (Concise, Informative, Max 150 Characters)</w:t>
      </w:r>
    </w:p>
    <w:p>
      <w:r>
        <w:rPr>
          <w:b/>
          <w:sz w:val="22"/>
        </w:rPr>
        <w:t>Author Name 11*, Author Name 22, Author Name 31</w:t>
        <w:br/>
      </w:r>
      <w:r>
        <w:rPr>
          <w:i/>
          <w:sz w:val="19"/>
        </w:rPr>
        <w:t>1 Department of Medicine, JMN Medical College, Chakdaha, Nadia, West Bengal, India</w:t>
        <w:br/>
        <w:t>2 Department of Biochemistry, JMN Medical College, Chakdaha, Nadia, West Bengal, India</w:t>
        <w:br/>
        <w:t>*Corresponding Author Email: author@example.com | Mobile: +91 XXXXXXXXXX</w:t>
      </w:r>
    </w:p>
    <w:p/>
    <w:p>
      <w:pPr>
        <w:pStyle w:val="Heading1"/>
      </w:pPr>
      <w:r>
        <w:rPr>
          <w:color w:val="5B1E1E"/>
        </w:rPr>
        <w:t>ABSTRACT</w:t>
      </w:r>
    </w:p>
    <w:p>
      <w:r>
        <w:rPr>
          <w:b/>
        </w:rPr>
        <w:t xml:space="preserve">Background: </w:t>
      </w:r>
      <w:r>
        <w:t>State the rationale, background, and specific research question/objective.</w:t>
        <w:br/>
      </w:r>
      <w:r>
        <w:rPr>
          <w:b/>
        </w:rPr>
        <w:t xml:space="preserve">Methods: </w:t>
      </w:r>
      <w:r>
        <w:t>Describe study design, setting, population, sample size, intervention, and statistical analysis.</w:t>
        <w:br/>
      </w:r>
      <w:r>
        <w:rPr>
          <w:b/>
        </w:rPr>
        <w:t xml:space="preserve">Results: </w:t>
      </w:r>
      <w:r>
        <w:t>Present main quantitative findings with numerical data, p-values, and confidence intervals.</w:t>
        <w:br/>
      </w:r>
      <w:r>
        <w:rPr>
          <w:b/>
        </w:rPr>
        <w:t xml:space="preserve">Conclusion: </w:t>
      </w:r>
      <w:r>
        <w:t>Summarize main conclusions derived directly from the study results.</w:t>
      </w:r>
    </w:p>
    <w:p>
      <w:r>
        <w:rPr>
          <w:b/>
        </w:rPr>
        <w:t xml:space="preserve">Keywords: </w:t>
      </w:r>
      <w:r>
        <w:t>Keyword 1; Keyword 2; Keyword 3; Keyword 4; Keyword 5 (MeSH terms preferred)</w:t>
      </w:r>
    </w:p>
    <w:p/>
    <w:p>
      <w:pPr>
        <w:pStyle w:val="Heading1"/>
      </w:pPr>
      <w:r>
        <w:rPr>
          <w:color w:val="5B1E1E"/>
        </w:rPr>
        <w:t>INTRODUCTION</w:t>
      </w:r>
    </w:p>
    <w:p>
      <w:r>
        <w:t>Write the text for Introduction section here...</w:t>
      </w:r>
    </w:p>
    <w:p>
      <w:pPr>
        <w:pStyle w:val="Heading1"/>
      </w:pPr>
      <w:r>
        <w:rPr>
          <w:color w:val="5B1E1E"/>
        </w:rPr>
        <w:t>MATERIALS AND METHODS</w:t>
      </w:r>
    </w:p>
    <w:p>
      <w:r>
        <w:t>Write the text for Materials and methods section here...</w:t>
      </w:r>
    </w:p>
    <w:p>
      <w:pPr>
        <w:pStyle w:val="Heading1"/>
      </w:pPr>
      <w:r>
        <w:rPr>
          <w:color w:val="5B1E1E"/>
        </w:rPr>
        <w:t>RESULTS</w:t>
      </w:r>
    </w:p>
    <w:p>
      <w:r>
        <w:t>Write the text for Results section here...</w:t>
      </w:r>
    </w:p>
    <w:p>
      <w:pPr>
        <w:pStyle w:val="Heading1"/>
      </w:pPr>
      <w:r>
        <w:rPr>
          <w:color w:val="5B1E1E"/>
        </w:rPr>
        <w:t>DISCUSSION</w:t>
      </w:r>
    </w:p>
    <w:p>
      <w:r>
        <w:t>Write the text for Discussion section here...</w:t>
      </w:r>
    </w:p>
    <w:p>
      <w:pPr>
        <w:pStyle w:val="Heading1"/>
      </w:pPr>
      <w:r>
        <w:rPr>
          <w:color w:val="5B1E1E"/>
        </w:rPr>
        <w:t>CONCLUSION</w:t>
      </w:r>
    </w:p>
    <w:p>
      <w:r>
        <w:t>Write the text for Conclusion section here...</w:t>
      </w:r>
    </w:p>
    <w:p>
      <w:pPr>
        <w:pStyle w:val="Heading1"/>
      </w:pPr>
      <w:r>
        <w:rPr>
          <w:color w:val="5B1E1E"/>
        </w:rPr>
        <w:t>REFERENCES</w:t>
      </w:r>
    </w:p>
    <w:p>
      <w:r>
        <w:t>Follow Vancouver / NLM citation style (number references consecutively in order of first mention; cite them in the text as superscript Arabic numerals):</w:t>
        <w:br/>
        <w:t>1. Author AB, Author CD. Title of article. JMN J Med Sci. 2025 Jul–Dec;1(1):3–10.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